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צוות עבודה טוב לכתיבת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להתאמות לתלמידים שונים (מתקשים, מצטיינים, עולים, התאמות)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מהמילון של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הרכבת צוותים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תלמידים שזקוקים לליווי צמוד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אמנת הצוות נקבעת כבר בשבוע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שהעיגון בטקסט לא ייפול רק על מי שמתקשה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קבוצות והתאמות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(תבניות כתיבה עם פותחי משפטים לכל 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(קריאה מוקלטת של היצירות לפני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(גופן מוגדל וריווח 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אמנת צוות: זמני מפגש ודרכי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לכתוב את הכתבות לפי התפקידים שנקבעו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מגישים את העיתון המוגמר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שהעיגון בטקסט לא ייפול על מי שמתקשה, וכדי שהצוות יוכל להישען על הבנה טובה של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צוות שלושה מאפשר שלושה סוגי כתבות משנה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מונחים מתורגם, קריאה מוקלטת, או תבנית עם משפטים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זמני מפגש, דרכי תקשורת, איך מחליטים ומה עושים כשמישהו לא עומד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מה הופך צוות לעובד טוב,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תומכות אפשר להשמיט את הפריטים המסומנים כקשים ולהתמקד בשאר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לצוותים בפועל, כדי שהתלמידים יבינו את התפקיד שלהם בצוות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קבוצות והתאמות בעיתון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בעבודה על העיתון הספרותי השיתופי עובדים בצוותים, וכל תלמיד ותלמידה מקבלים תפקיד ותמיכה המתאימים להם. בדף הזה נתרגל את העקרונות להרכבת צוות טוב ואת ההתאמות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כתבות משנה  ·  חמישה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הרכבת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חברי צוות מאפשרים שלושה סוגי כתבות משנה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צוות של שני תלמידים מתאים בעיקר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תלמידים שרוצים לעבוד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תלמידים שזקוקים לליווי צמוד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תלמידים מצטיינים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אמנת הצוות נקבעת רק בסוף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שבכל צוות יהיה לפחות תלמיד אחד שמרגיש בטוח ביצירות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קבוצות והתאמות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גופן מוגדל וריווח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תבניות כתיבה עם פותחי משפטים לכל 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התאמות (חנ״מ)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קריאה מוקלטת של היצירות לפני הכתיבה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בצוות של שלושה אפשר לכתוב שלושה סוגי __________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תלמידים מתקשים מקבלים רשימת מושגים מצומצמת של __________ מושגים מרכזיים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לכתוב את הכתבות לפי התפקידים שנקבעו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מגישים את העיתון המוגמר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אמנת צוות: זמני מפגש ודרכי תקשורת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סיבות לכך שכדאי שבכל צוות יהיה תלמיד שמרגיש בטוח ביצירות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היתרון של צוות שלושה לעומת צוות שניים?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להתאמה לתלמיד עולה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קבוצות והתאמות בעיתון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