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צוות עבודה טוב לכתיבת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להתאמות לתלמידים שונים (מתקשים, מצטיינים, עולים, התאמות)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מהמילון של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הרכבת צוותים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תלמידים שזקוקים לליווי צמוד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באמצע התהליך, למשל לפני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מקיים שיחה קצרה ומחזיר את הדיון לטקסט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גרפיקאי או בודק 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אמנת הצוות נקבעת כבר בשבוע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שהעיגון בטקסט לא ייפול רק על מי שמתקשה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אפשרי בליווי המורה, לפי 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לשקלל כישורים משלימים, לא רק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קבוצות והתאמות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(תבניות כתיבה עם פותחי משפטים לכל 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(תפקיד עורך ראשי עם אחריות על הלכידות)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(קריאה מוקלטת של היצירות לפני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(גופן מוגדל וריווח 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(קביעת אמנת צוות בשבוע הראשון)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אמנת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אמנת צוות: זמני מפגש ודרכי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לכתוב את הכתבות לפי התפקידים שנקבעו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מתחלפים בתפקידים באמצע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יחד את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מגישים את העיתון המוגמר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שהעיגון בטקסט לא ייפול על מי שמתקשה, וכדי שהצוות יוכל להישען על הבנה טובה של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צוות שלושה מאפשר שלושה סוגי כתבות משנה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מונחים מתורגם, קריאה מוקלטת, או תבנית עם משפטים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זמני מפגש, דרכי תקשורת, איך מחליטים ומה עושים כשמישהו לא עומד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מה הופך צוות לעובד טוב,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תומכות אפשר להשמיט את הפריטים המסומנים כקשים ולהתמקד בשאר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לצוותים בפועל, כדי שהתלמידים יבינו את התפקיד שלהם בצוות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את העיתון עובדים בקבוצות. לכל אחד יש תפקיד. יש עזרה שונה לכל תלמיד. בדף הזה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שעובדים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קצר על איך עובדים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כל אחד עושה בצוות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מיוחדת שמתאימים לתלמיד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ומסדר את הטקסטים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הגרסה הראשונה של הטקסט, לפני תיקון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שכל הצוות חושב יחד, בסוף העיתון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הרכבת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תלמידים בצוות שיכולים לכתוב שלושה סוגי 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מתאים צוות קטן של שניים?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שרוצים לעבוד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שזקוקים לליווי צמוד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מצטיינים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תלמידים עולים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כל תלמיד מקבל תפקיד חדש בצוות?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התהליך, למשל לפני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התהליך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התפקידים לא מתחלפים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המורה כשיש ריב בצוות?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מפרק את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מקיים שיחה קצרה ומחזיר את הדיון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ציון נמוך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 מהתלמידים לעבוד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קל ומוצלח אפשר לתת לתלמיד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גרפיקאי או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טור דעה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דבר העורכים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הצוות נקבעת רק בסוף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שבכל צוות יהיה לפחות תלמיד אחד שמרגיש בטוח ביצירות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שמעדיף לעבוד לבד לעולם לא יכול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להרכיב צוותים רק לפי 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קבוצות והתאמות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 מוקלטת של היצירות לפני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מצטיינים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גופן מוגדל וריווח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תבניות כתיבה עם פותחי משפטים לכל 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התאמות (חנ״מ)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קביעת אמנת צוות בשבוע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הצוותים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תפקיד עורך ראשי עם אחריות על הלכידות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בצוות של שלושה אפשר לכתוב שלושה סוגי __________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הראשון קובעים __________ שמגדירה זמני מפגש ודרכי 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תלמידים מתקשים מקבלים רשימת מושגים מצומצמת של __________ מושגים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תלמידים עולים יכולים לכתוב טיוטה ראשונה ב__________ ולתרגם בהדרגה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יחד את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מגישים את העיתון המוגמר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אמנת צוות: זמני מפגש ודרכי תקשורת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לכתוב את הכתבות לפי התפקידים שנקבעו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מתחלפים בתפקידים באמצע התהליך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שכדאי שבכל צוות יהיה תלמיד שמרגיש בטוח ביצירות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של צוות שלושה לעומת צוות שניים?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לתלמיד עולה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אמנת צוות?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קבוצות והתאמות בעיתון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