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קבוצות והתאמות בעיתון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צוות עבודה טוב לכתיבת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להתאמות לתלמידים שונים (מתקשים, מצטיינים, עולים, התאמות)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מהמילון של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הרכבת צוותים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תלמידים שזקוקים לליווי צמוד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באמצע התהליך, למשל לפני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מקיים שיחה קצרה ומחזיר את הדיון לטקסט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גרפיקאי או בודק 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אמנת הצוות נקבעת כבר בשבוע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שהעיגון בטקסט לא ייפול רק על מי שמתקשה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אפשרי בליווי המורה, לפי שיקול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מומלץ לשקלל כישורים משלימים, לא רק 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קבוצות והתאמות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(תבניות כתיבה עם פותחי משפטים לכל 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(תפקיד עורך ראשי עם אחריות על הלכידות)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(קריאה מוקלטת של היצירות לפני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(גופן מוגדל וריווח 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(קביעת אמנת צוות בשבוע הראשון)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אמנת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שפת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בעבודת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אמנת צוות: זמני מפגש ודרכי 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לכתוב את הכתבות לפי התפקידים שנקבעו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מתחלפים בתפקידים באמצע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יחד את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מגישים את העיתון המוגמר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שהעיגון בטקסט לא ייפול על מי שמתקשה, וכדי שהצוות יוכל להישען על הבנה טובה של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צוות שלושה מאפשר שלושה סוגי כתבות משנה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מילון מונחים מתורגם, קריאה מוקלטת, או תבנית עם משפטים חלקיים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זמני מפגש, דרכי תקשורת, איך מחליטים ומה עושים כשמישהו לא עומד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מה הופך צוות לעובד טוב,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תומכות אפשר להשמיט את הפריטים המסומנים כקשים ולהתמקד בשאר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ההתאמה לצוותים בפועל, כדי שהתלמידים יבינו את התפקיד שלהם בצוות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קבוצות והתאמות בעיתון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בעבודה על העיתון הספרותי השיתופי עובדים בצוותים, וכל תלמיד ותלמידה מקבלים תפקיד ותמיכה המתאימים להם. בדף הזה נתרגל את העקרונות להרכבת צוות טוב ואת ההתאמות השונות.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הרכבת צוותים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חברי צוות מאפשרים שלושה סוגי כתבות משנה 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צוות של שני תלמידים מתאים בעיקר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שרוצים לעבוד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תלמידים שזקוקים לליווי צמוד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תלמידים מצטיינים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תלמידים עולים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מתחלפים התפקידים בצוות?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התהליך, למשל לפני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התהליך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התפקידים לא מתחלפים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המורה עושה כשצוות נתקע בסכסוך?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מפרק את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מקיים שיחה קצרה ומחזיר את הדיון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ציון נמוך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מבקש מהתלמידים לעבוד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תפקיד יכול לתת לתלמיד עולה הצלחה מוקדמת?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גרפיקאי או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 טור דעה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 דבר העורכים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הצוות נקבעת רק בסוף התהליך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שבכל צוות יהיה לפחות תלמיד אחד שמרגיש בטוח ביצירות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שמעדיף לעבוד לבד לעולם לא יכול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להרכיב צוותים רק לפי חברות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קבוצות והתאמות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קריאה מוקלטת של היצירות לפני הכתיבה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מצטיינים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קביעת אמנת צוות בשבוע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תבניות כתיבה עם פותחי משפטים לכל 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התאמות (חנ״מ)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תפקיד עורך ראשי עם אחריות על הלכידות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הצוותים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גופן מוגדל וריווח רחב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בצוות של שלושה אפשר לכתוב שלושה סוגי __________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בשבוע הראשון קובעים __________ שמגדירה זמני מפגש ודרכי 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תלמידים מתקשים מקבלים רשימת מושגים מצומצמת של __________ מושגים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תלמידים עולים יכולים לכתוב טיוטה ראשונה ב__________ ולתרגם בהדרגה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מתחלפים בתפקידים באמצע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יחד את דבר העורכים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לכתוב את הכתבות לפי התפקידים שנקבעו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מגישים את העיתון המוגמר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אמנת צוות: זמני מפגש ודרכי תקשורת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לכך שכדאי שבכל צוות יהיה תלמיד שמרגיש בטוח ביצירות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של צוות שלושה לעומת צוות שניים?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לתלמיד עולה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אמנת צוות?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קבוצות והתאמות בעיתון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